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Yatharth Sharma</w:t>
      </w:r>
    </w:p>
    <w:p>
      <w:r>
        <w:rPr>
          <w:b/>
        </w:rPr>
        <w:t>AI Full-Stack Engineer</w:t>
        <w:br/>
      </w:r>
      <w:r>
        <w:t>React • Next.js • FastAPI • Node.js • TypeScript • AI • LLMs • RAG</w:t>
        <w:br/>
      </w:r>
      <w:r>
        <w:t>Faridabad, Haryana | +91 8802518567 | yatharthsharma1309@gmail.com</w:t>
        <w:br/>
      </w:r>
      <w:r>
        <w:t>Portfolio: https://yatharthsharma.vercel.app</w:t>
        <w:br/>
      </w:r>
      <w:r>
        <w:t>LinkedIn: linkedin.com/in/yatharthsharma-ai</w:t>
        <w:br/>
      </w:r>
      <w:r>
        <w:t>GitHub: github.com/YatharthSharma1309</w:t>
      </w:r>
    </w:p>
    <w:p>
      <w:pPr>
        <w:pStyle w:val="Heading1"/>
      </w:pPr>
      <w:r>
        <w:t>Professional Summary</w:t>
      </w:r>
    </w:p>
    <w:p>
      <w:r>
        <w:t>AI Full-Stack Engineer with hands-on experience developing production-grade AI applications using React, Next.js, TypeScript, FastAPI, Node.js, PostgreSQL, and modern LLM technologies. Experienced in building scalable SaaS platforms, Retrieval-Augmented Generation (RAG) systems, semantic search, OCR pipelines, and enterprise REST APIs. Delivered production and commercial AI solutions across recruitment, customer support, legal-tech, CRM, and document intelligence.</w:t>
      </w:r>
    </w:p>
    <w:p>
      <w:pPr>
        <w:pStyle w:val="Heading1"/>
      </w:pPr>
      <w:r>
        <w:t>Engineering Highlights</w:t>
      </w:r>
    </w:p>
    <w:p>
      <w:pPr>
        <w:pStyle w:val="ListBullet"/>
      </w:pPr>
      <w:r>
        <w:t>Built 6+ production-quality AI applications.</w:t>
      </w:r>
    </w:p>
    <w:p>
      <w:pPr>
        <w:pStyle w:val="ListBullet"/>
      </w:pPr>
      <w:r>
        <w:t>Developed end-to-end full-stack SaaS platforms.</w:t>
      </w:r>
    </w:p>
    <w:p>
      <w:pPr>
        <w:pStyle w:val="ListBullet"/>
      </w:pPr>
      <w:r>
        <w:t>Integrated LLMs, RAG, semantic search, and OCR into business workflows.</w:t>
      </w:r>
    </w:p>
    <w:p>
      <w:pPr>
        <w:pStyle w:val="ListBullet"/>
      </w:pPr>
      <w:r>
        <w:t>Designed scalable REST APIs and reusable UI components.</w:t>
      </w:r>
    </w:p>
    <w:p>
      <w:pPr>
        <w:pStyle w:val="ListBullet"/>
      </w:pPr>
      <w:r>
        <w:t>Built commercial software with confidential source code.</w:t>
      </w:r>
    </w:p>
    <w:p>
      <w:pPr>
        <w:pStyle w:val="Heading1"/>
      </w:pPr>
      <w:r>
        <w:t>Technical Skills</w:t>
      </w:r>
    </w:p>
    <w:p>
      <w:r>
        <w:rPr>
          <w:b/>
        </w:rPr>
        <w:t xml:space="preserve">Languages: </w:t>
      </w:r>
      <w:r>
        <w:t>JavaScript, TypeScript, Python, SQL</w:t>
      </w:r>
    </w:p>
    <w:p>
      <w:r>
        <w:rPr>
          <w:b/>
        </w:rPr>
        <w:t xml:space="preserve">Frontend: </w:t>
      </w:r>
      <w:r>
        <w:t>React.js, Next.js, HTML5, CSS3, Tailwind CSS, Redux, Context API</w:t>
      </w:r>
    </w:p>
    <w:p>
      <w:r>
        <w:rPr>
          <w:b/>
        </w:rPr>
        <w:t xml:space="preserve">Backend: </w:t>
      </w:r>
      <w:r>
        <w:t>Node.js, Express.js, FastAPI, REST APIs, Prisma, JWT, OAuth</w:t>
      </w:r>
    </w:p>
    <w:p>
      <w:r>
        <w:rPr>
          <w:b/>
        </w:rPr>
        <w:t xml:space="preserve">Databases: </w:t>
      </w:r>
      <w:r>
        <w:t>PostgreSQL, MySQL, SQLite</w:t>
      </w:r>
    </w:p>
    <w:p>
      <w:r>
        <w:rPr>
          <w:b/>
        </w:rPr>
        <w:t xml:space="preserve">AI: </w:t>
      </w:r>
      <w:r>
        <w:t>LLMs, RAG, Semantic Search, Prompt Engineering, OCR, OpenRouter, Document Processing</w:t>
      </w:r>
    </w:p>
    <w:p>
      <w:r>
        <w:rPr>
          <w:b/>
        </w:rPr>
        <w:t xml:space="preserve">Tools: </w:t>
      </w:r>
      <w:r>
        <w:t>Git, GitHub, Vercel, Postman, Linux</w:t>
      </w:r>
    </w:p>
    <w:p>
      <w:pPr>
        <w:pStyle w:val="Heading1"/>
      </w:pPr>
      <w:r>
        <w:t>Professional Experience</w:t>
      </w:r>
    </w:p>
    <w:p>
      <w:pPr>
        <w:pStyle w:val="Heading2"/>
      </w:pPr>
      <w:r>
        <w:t>Software Engineer Trainee | Whilter.AI (Dec 2025 – Jun 2026)</w:t>
      </w:r>
    </w:p>
    <w:p>
      <w:pPr>
        <w:pStyle w:val="ListBullet"/>
      </w:pPr>
      <w:r>
        <w:t>Developed production-ready React and TypeScript interfaces for AI applications.</w:t>
      </w:r>
    </w:p>
    <w:p>
      <w:pPr>
        <w:pStyle w:val="ListBullet"/>
      </w:pPr>
      <w:r>
        <w:t>Built backend REST APIs using FastAPI and Node.js.</w:t>
      </w:r>
    </w:p>
    <w:p>
      <w:pPr>
        <w:pStyle w:val="ListBullet"/>
      </w:pPr>
      <w:r>
        <w:t>Integrated LLM-powered capabilities into customer-facing applications.</w:t>
      </w:r>
    </w:p>
    <w:p>
      <w:pPr>
        <w:pStyle w:val="ListBullet"/>
      </w:pPr>
      <w:r>
        <w:t>Delivered end-to-end full-stack features across frontend, backend, and database layers.</w:t>
      </w:r>
    </w:p>
    <w:p>
      <w:pPr>
        <w:pStyle w:val="ListBullet"/>
      </w:pPr>
      <w:r>
        <w:t>Contributed to document intelligence and RAG workflows.</w:t>
      </w:r>
    </w:p>
    <w:p>
      <w:pPr>
        <w:pStyle w:val="Heading2"/>
      </w:pPr>
      <w:r>
        <w:t>Data Analyst Intern | Ernst &amp; Young Global Consulting Services (Feb 2025 – May 2025)</w:t>
      </w:r>
    </w:p>
    <w:p>
      <w:pPr>
        <w:pStyle w:val="ListBullet"/>
      </w:pPr>
      <w:r>
        <w:t>Worked with enterprise datasets.</w:t>
      </w:r>
    </w:p>
    <w:p>
      <w:pPr>
        <w:pStyle w:val="ListBullet"/>
      </w:pPr>
      <w:r>
        <w:t>Cleaned and transformed data.</w:t>
      </w:r>
    </w:p>
    <w:p>
      <w:pPr>
        <w:pStyle w:val="ListBullet"/>
      </w:pPr>
      <w:r>
        <w:t>Built structured reports.</w:t>
      </w:r>
    </w:p>
    <w:p>
      <w:pPr>
        <w:pStyle w:val="ListBullet"/>
      </w:pPr>
      <w:r>
        <w:t>Collaborated with consulting teams.</w:t>
      </w:r>
    </w:p>
    <w:p>
      <w:pPr>
        <w:pStyle w:val="Heading2"/>
      </w:pPr>
      <w:r>
        <w:t>Data Analyst | Honeywell (Jan 2023)</w:t>
      </w:r>
    </w:p>
    <w:p>
      <w:pPr>
        <w:pStyle w:val="ListBullet"/>
      </w:pPr>
      <w:r>
        <w:t>Analyzed customer feedback.</w:t>
      </w:r>
    </w:p>
    <w:p>
      <w:pPr>
        <w:pStyle w:val="ListBullet"/>
      </w:pPr>
      <w:r>
        <w:t>Supported dashboards and reporting.</w:t>
      </w:r>
    </w:p>
    <w:p>
      <w:pPr>
        <w:pStyle w:val="ListBullet"/>
      </w:pPr>
      <w:r>
        <w:t>Generated business insights.</w:t>
      </w:r>
    </w:p>
    <w:p>
      <w:pPr>
        <w:pStyle w:val="Heading2"/>
      </w:pPr>
      <w:r>
        <w:t>Web Development Intern | Arctic Innovage Pvt. Ltd. (Jul 2022 – Sep 2022)</w:t>
      </w:r>
    </w:p>
    <w:p>
      <w:pPr>
        <w:pStyle w:val="ListBullet"/>
      </w:pPr>
      <w:r>
        <w:t>Built responsive web pages.</w:t>
      </w:r>
    </w:p>
    <w:p>
      <w:pPr>
        <w:pStyle w:val="ListBullet"/>
      </w:pPr>
      <w:r>
        <w:t>Improved UI responsiveness.</w:t>
      </w:r>
    </w:p>
    <w:p>
      <w:pPr>
        <w:pStyle w:val="ListBullet"/>
      </w:pPr>
      <w:r>
        <w:t>Optimized user experience.</w:t>
      </w:r>
    </w:p>
    <w:p>
      <w:pPr>
        <w:pStyle w:val="Heading1"/>
      </w:pPr>
      <w:r>
        <w:t>Featured Projects</w:t>
      </w:r>
    </w:p>
    <w:p>
      <w:pPr>
        <w:pStyle w:val="Heading2"/>
      </w:pPr>
      <w:r>
        <w:t>RecruitAI</w:t>
      </w:r>
    </w:p>
    <w:p>
      <w:r>
        <w:t>AI recruitment platform with resume parsing, candidate ranking, skill-gap detection, and interview question generation.</w:t>
      </w:r>
    </w:p>
    <w:p>
      <w:r>
        <w:t>Live: https://recruit-ai-blush-beta.vercel.app</w:t>
      </w:r>
    </w:p>
    <w:p>
      <w:r>
        <w:t>GitHub: https://github.com/YatharthSharma1309/AI-Recruitment-Assistant</w:t>
      </w:r>
    </w:p>
    <w:p>
      <w:pPr>
        <w:pStyle w:val="Heading2"/>
      </w:pPr>
      <w:r>
        <w:t>SupportAI</w:t>
      </w:r>
    </w:p>
    <w:p>
      <w:r>
        <w:t>AI customer support platform with RAG chat, knowledge base, ticket routing, analytics.</w:t>
      </w:r>
    </w:p>
    <w:p>
      <w:r>
        <w:t>Live: https://support-ai-nine-mu.vercel.app</w:t>
      </w:r>
    </w:p>
    <w:p>
      <w:r>
        <w:t>GitHub: https://github.com/YatharthSharma1309/ai-customer-support-platform</w:t>
      </w:r>
    </w:p>
    <w:p>
      <w:pPr>
        <w:pStyle w:val="Heading2"/>
      </w:pPr>
      <w:r>
        <w:t>AI Sales Assistant CRM</w:t>
      </w:r>
    </w:p>
    <w:p>
      <w:r>
        <w:t>Multi-tenant CRM with OAuth, AI lead scoring, HubSpot/Salesforce integrations.</w:t>
      </w:r>
    </w:p>
    <w:p>
      <w:pPr>
        <w:pStyle w:val="Heading2"/>
      </w:pPr>
      <w:r>
        <w:t>TermLens</w:t>
      </w:r>
    </w:p>
    <w:p>
      <w:r>
        <w:t>Commercial LegalTech SaaS. Source code confidential.</w:t>
      </w:r>
    </w:p>
    <w:p>
      <w:pPr>
        <w:pStyle w:val="Heading2"/>
      </w:pPr>
      <w:r>
        <w:t>EduTech</w:t>
      </w:r>
    </w:p>
    <w:p>
      <w:r>
        <w:t>AI OCR document processing with classification and structured export.</w:t>
      </w:r>
    </w:p>
    <w:p>
      <w:pPr>
        <w:pStyle w:val="Heading2"/>
      </w:pPr>
      <w:r>
        <w:t>IntelliRAG</w:t>
      </w:r>
    </w:p>
    <w:p>
      <w:r>
        <w:t>Private enterprise RAG platform built during Whilter.AI tenure. Source confidential.</w:t>
      </w:r>
    </w:p>
    <w:p>
      <w:pPr>
        <w:pStyle w:val="Heading1"/>
      </w:pPr>
      <w:r>
        <w:t>Certifications</w:t>
      </w:r>
    </w:p>
    <w:p>
      <w:pPr>
        <w:pStyle w:val="ListBullet"/>
      </w:pPr>
      <w:r>
        <w:t>Microsoft Certified: Azure AI Fundamentals</w:t>
      </w:r>
    </w:p>
    <w:p>
      <w:pPr>
        <w:pStyle w:val="ListBullet"/>
      </w:pPr>
      <w:r>
        <w:t>Microsoft Certified: Azure Fundamentals</w:t>
      </w:r>
    </w:p>
    <w:p>
      <w:pPr>
        <w:pStyle w:val="ListBullet"/>
      </w:pPr>
      <w:r>
        <w:t>Microsoft Certified: Azure Data Fundamentals</w:t>
      </w:r>
    </w:p>
    <w:p>
      <w:pPr>
        <w:pStyle w:val="ListBullet"/>
      </w:pPr>
      <w:r>
        <w:t>Udemy – Agentic Engineer</w:t>
      </w:r>
    </w:p>
    <w:p>
      <w:pPr>
        <w:pStyle w:val="ListBullet"/>
      </w:pPr>
      <w:r>
        <w:t>AWS S3 Project (Coursera)</w:t>
      </w:r>
    </w:p>
    <w:p>
      <w:pPr>
        <w:pStyle w:val="ListBullet"/>
      </w:pPr>
      <w:r>
        <w:t>Data Encryption using AWS KMS</w:t>
      </w:r>
    </w:p>
    <w:p>
      <w:pPr>
        <w:pStyle w:val="ListBullet"/>
      </w:pPr>
      <w:r>
        <w:t>Cloud Architecture – Core Concepts</w:t>
      </w:r>
    </w:p>
    <w:p>
      <w:pPr>
        <w:pStyle w:val="ListBullet"/>
      </w:pPr>
      <w:r>
        <w:t>Cloud Architecture – Advanced Concepts</w:t>
      </w:r>
    </w:p>
    <w:p>
      <w:pPr>
        <w:pStyle w:val="ListBullet"/>
      </w:pPr>
      <w:r>
        <w:t>Alibaba Cloud Excellent Contributor Award</w:t>
      </w:r>
    </w:p>
    <w:p>
      <w:pPr>
        <w:pStyle w:val="Heading1"/>
      </w:pPr>
      <w:r>
        <w:t>Education</w:t>
      </w:r>
    </w:p>
    <w:p>
      <w:r>
        <w:t>Master of Computer Applications (MCA) — Birla Institute of Technology, Mesra (2023–2025)</w:t>
      </w:r>
    </w:p>
    <w:p>
      <w:r>
        <w:t>Bachelor of Computer Applications (BCA) — Manav Rachna University (2020–2023)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